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D1B2A"/>
          <w:sz w:val="36"/>
        </w:rPr>
        <w:t>MODELO DE CONTRATO INDIVIDUAL DE TRABALHO</w:t>
      </w:r>
    </w:p>
    <w:p>
      <w:pPr>
        <w:spacing w:after="320"/>
        <w:jc w:val="center"/>
      </w:pPr>
      <w:r>
        <w:rPr>
          <w:b/>
          <w:color w:val="C9A96E"/>
          <w:sz w:val="22"/>
        </w:rPr>
        <w:t>Martins &amp; Carvalho — Advocacia</w:t>
      </w:r>
    </w:p>
    <w:p>
      <w:pPr>
        <w:spacing w:before="120" w:after="120"/>
        <w:pBdr>
          <w:bottom w:val="single" w:sz="6" w:space="1" w:color="C9A96E"/>
        </w:pBdr>
      </w:pPr>
    </w:p>
    <w:p>
      <w:pPr>
        <w:spacing w:after="80"/>
      </w:pPr>
      <w:r>
        <w:rPr>
          <w:i/>
          <w:color w:val="3D3D3D"/>
          <w:sz w:val="19"/>
        </w:rPr>
        <w:t>AVISO IMPORTANTE: este é um modelo genérico, fornecido a título meramente informativo pelo escritório Martins &amp; Carvalho. Ele não substitui a análise jurídica do caso concreto. Antes de utilizar ou assinar este contrato, recomendamos revisão por advogado, considerando as particularidades da relação de trabalho, a atividade da empresa e a legislação aplicável (CLT, acordos e convenções coletivas da categoria).</w:t>
      </w:r>
    </w:p>
    <w:p>
      <w:pPr>
        <w:spacing w:before="120" w:after="120"/>
        <w:pBdr>
          <w:bottom w:val="single" w:sz="6" w:space="1" w:color="C9A96E"/>
        </w:pBdr>
      </w:pPr>
    </w:p>
    <w:p>
      <w:pPr>
        <w:spacing w:before="360" w:after="200"/>
      </w:pPr>
      <w:r>
        <w:rPr>
          <w:b/>
          <w:color w:val="0D1B2A"/>
          <w:sz w:val="32"/>
        </w:rPr>
        <w:t>QUALIFICAÇÃO DAS PARTES</w:t>
      </w:r>
    </w:p>
    <w:p>
      <w:r>
        <w:rPr>
          <w:b/>
          <w:i w:val="0"/>
          <w:color w:val="3D3D3D"/>
          <w:sz w:val="22"/>
        </w:rPr>
        <w:t>EMPREGADOR(A):</w:t>
      </w:r>
    </w:p>
    <w:p>
      <w:pPr>
        <w:spacing w:after="120"/>
      </w:pPr>
      <w:r>
        <w:rPr>
          <w:b/>
          <w:color w:val="0D1B2A"/>
          <w:sz w:val="22"/>
        </w:rPr>
        <w:t xml:space="preserve">Razão social / Nome: </w:t>
      </w:r>
      <w:r>
        <w:rPr>
          <w:color w:val="3D3D3D"/>
          <w:sz w:val="22"/>
        </w:rPr>
        <w:t>________________________________________</w:t>
      </w:r>
    </w:p>
    <w:p>
      <w:pPr>
        <w:spacing w:after="120"/>
      </w:pPr>
      <w:r>
        <w:rPr>
          <w:b/>
          <w:color w:val="0D1B2A"/>
          <w:sz w:val="22"/>
        </w:rPr>
        <w:t xml:space="preserve">CNPJ / CPF: </w:t>
      </w:r>
      <w:r>
        <w:rPr>
          <w:color w:val="3D3D3D"/>
          <w:sz w:val="22"/>
        </w:rPr>
        <w:t>________________________________________</w:t>
      </w:r>
    </w:p>
    <w:p>
      <w:pPr>
        <w:spacing w:after="120"/>
      </w:pPr>
      <w:r>
        <w:rPr>
          <w:b/>
          <w:color w:val="0D1B2A"/>
          <w:sz w:val="22"/>
        </w:rPr>
        <w:t xml:space="preserve">Endereço completo: </w:t>
      </w:r>
      <w:r>
        <w:rPr>
          <w:color w:val="3D3D3D"/>
          <w:sz w:val="22"/>
        </w:rPr>
        <w:t>________________________________________</w:t>
      </w:r>
    </w:p>
    <w:p>
      <w:pPr>
        <w:spacing w:after="120"/>
      </w:pPr>
      <w:r>
        <w:rPr>
          <w:b/>
          <w:color w:val="0D1B2A"/>
          <w:sz w:val="22"/>
        </w:rPr>
        <w:t xml:space="preserve">Neste ato representado(a) por: </w:t>
      </w:r>
      <w:r>
        <w:rPr>
          <w:color w:val="3D3D3D"/>
          <w:sz w:val="22"/>
        </w:rPr>
        <w:t>________________________________________</w:t>
      </w:r>
    </w:p>
    <w:p/>
    <w:p>
      <w:r>
        <w:rPr>
          <w:b/>
          <w:i w:val="0"/>
          <w:color w:val="3D3D3D"/>
          <w:sz w:val="22"/>
        </w:rPr>
        <w:t>EMPREGADO(A):</w:t>
      </w:r>
    </w:p>
    <w:p>
      <w:pPr>
        <w:spacing w:after="120"/>
      </w:pPr>
      <w:r>
        <w:rPr>
          <w:b/>
          <w:color w:val="0D1B2A"/>
          <w:sz w:val="22"/>
        </w:rPr>
        <w:t xml:space="preserve">Nome completo: </w:t>
      </w:r>
      <w:r>
        <w:rPr>
          <w:color w:val="3D3D3D"/>
          <w:sz w:val="22"/>
        </w:rPr>
        <w:t>________________________________________</w:t>
      </w:r>
    </w:p>
    <w:p>
      <w:pPr>
        <w:spacing w:after="120"/>
      </w:pPr>
      <w:r>
        <w:rPr>
          <w:b/>
          <w:color w:val="0D1B2A"/>
          <w:sz w:val="22"/>
        </w:rPr>
        <w:t xml:space="preserve">CPF: </w:t>
      </w:r>
      <w:r>
        <w:rPr>
          <w:color w:val="3D3D3D"/>
          <w:sz w:val="22"/>
        </w:rPr>
        <w:t>________________________________________</w:t>
      </w:r>
    </w:p>
    <w:p>
      <w:pPr>
        <w:spacing w:after="120"/>
      </w:pPr>
      <w:r>
        <w:rPr>
          <w:b/>
          <w:color w:val="0D1B2A"/>
          <w:sz w:val="22"/>
        </w:rPr>
        <w:t xml:space="preserve">CTPS nº: </w:t>
      </w:r>
      <w:r>
        <w:rPr>
          <w:color w:val="3D3D3D"/>
          <w:sz w:val="22"/>
        </w:rPr>
        <w:t>_______________</w:t>
      </w:r>
    </w:p>
    <w:p>
      <w:pPr>
        <w:spacing w:after="120"/>
      </w:pPr>
      <w:r>
        <w:rPr>
          <w:b/>
          <w:color w:val="0D1B2A"/>
          <w:sz w:val="22"/>
        </w:rPr>
        <w:t xml:space="preserve">Série: </w:t>
      </w:r>
      <w:r>
        <w:rPr>
          <w:color w:val="3D3D3D"/>
          <w:sz w:val="22"/>
        </w:rPr>
        <w:t>_______________</w:t>
      </w:r>
    </w:p>
    <w:p>
      <w:pPr>
        <w:spacing w:after="120"/>
      </w:pPr>
      <w:r>
        <w:rPr>
          <w:b/>
          <w:color w:val="0D1B2A"/>
          <w:sz w:val="22"/>
        </w:rPr>
        <w:t xml:space="preserve">Endereço completo: </w:t>
      </w:r>
      <w:r>
        <w:rPr>
          <w:color w:val="3D3D3D"/>
          <w:sz w:val="22"/>
        </w:rPr>
        <w:t>________________________________________</w:t>
      </w:r>
    </w:p>
    <w:p>
      <w:r>
        <w:rPr>
          <w:i w:val="0"/>
          <w:color w:val="3D3D3D"/>
          <w:sz w:val="22"/>
        </w:rPr>
        <w:t>As partes acima qualificadas têm, entre si, justo e acertado o presente Contrato Individual de Trabalho, que se regerá pelas cláusulas seguintes e pelas disposições da Consolidação das Leis do Trabalho (CLT) e legislação complementar aplicável.</w:t>
      </w:r>
    </w:p>
    <w:p>
      <w:pPr>
        <w:spacing w:before="280" w:after="80"/>
      </w:pPr>
      <w:r>
        <w:rPr>
          <w:b/>
          <w:color w:val="0D1B2A"/>
          <w:sz w:val="23"/>
        </w:rPr>
        <w:t>CLÁUSULA 1ª — DO OBJETO</w:t>
      </w:r>
    </w:p>
    <w:p>
      <w:r>
        <w:rPr>
          <w:i w:val="0"/>
          <w:color w:val="3D3D3D"/>
          <w:sz w:val="22"/>
        </w:rPr>
        <w:t>O(A) EMPREGADO(A) é admitido(a) pelo EMPREGADOR para exercer a função de ____________________________, comprometendo-se a executar as atividades inerentes ao cargo com zelo, diligência e boa-fé, sob a direção e subordinação do EMPREGADOR.</w:t>
      </w:r>
    </w:p>
    <w:p>
      <w:pPr>
        <w:spacing w:before="280" w:after="80"/>
      </w:pPr>
      <w:r>
        <w:rPr>
          <w:b/>
          <w:color w:val="0D1B2A"/>
          <w:sz w:val="23"/>
        </w:rPr>
        <w:t>CLÁUSULA 2ª — DA DATA DE ADMISSÃO E DO PRAZO</w:t>
      </w:r>
    </w:p>
    <w:p>
      <w:r>
        <w:rPr>
          <w:i w:val="0"/>
          <w:color w:val="3D3D3D"/>
          <w:sz w:val="22"/>
        </w:rPr>
        <w:t>O presente contrato tem início em ____/____/________ e vigorará por prazo indeterminado.</w:t>
      </w:r>
    </w:p>
    <w:p>
      <w:r>
        <w:rPr>
          <w:i w:val="0"/>
          <w:color w:val="3D3D3D"/>
          <w:sz w:val="22"/>
        </w:rPr>
        <w:t>Caso pactuado por prazo determinado, nos termos do art. 443 da CLT, o término está previsto para ____/____/________.</w:t>
      </w:r>
    </w:p>
    <w:p>
      <w:pPr>
        <w:spacing w:before="280" w:after="80"/>
      </w:pPr>
      <w:r>
        <w:rPr>
          <w:b/>
          <w:color w:val="0D1B2A"/>
          <w:sz w:val="23"/>
        </w:rPr>
        <w:t>CLÁUSULA 3ª — DA JORNADA DE TRABALHO</w:t>
      </w:r>
    </w:p>
    <w:p>
      <w:r>
        <w:rPr>
          <w:i w:val="0"/>
          <w:color w:val="3D3D3D"/>
          <w:sz w:val="22"/>
        </w:rPr>
        <w:t>A jornada de trabalho será de _______ horas semanais, distribuída de segunda-feira a _______________, das _______ às _______ horas, com intervalo de _______ para repouso e alimentação, respeitados os limites do art. 58 da CLT e eventual norma coletiva aplicável à categoria.</w:t>
      </w:r>
    </w:p>
    <w:p>
      <w:pPr>
        <w:spacing w:before="280" w:after="80"/>
      </w:pPr>
      <w:r>
        <w:rPr>
          <w:b/>
          <w:color w:val="0D1B2A"/>
          <w:sz w:val="23"/>
        </w:rPr>
        <w:t>CLÁUSULA 4ª — DA REMUNERAÇÃO</w:t>
      </w:r>
    </w:p>
    <w:p>
      <w:r>
        <w:rPr>
          <w:i w:val="0"/>
          <w:color w:val="3D3D3D"/>
          <w:sz w:val="22"/>
        </w:rPr>
        <w:t>O(A) EMPREGADO(A) receberá salário mensal de R$ ____________________, a ser pago até o 5º (quinto) dia útil do mês subsequente ao trabalhado, mediante depósito em conta bancária ou outra forma legalmente admitida.</w:t>
      </w:r>
    </w:p>
    <w:p>
      <w:pPr>
        <w:spacing w:before="280" w:after="80"/>
      </w:pPr>
      <w:r>
        <w:rPr>
          <w:b/>
          <w:color w:val="0D1B2A"/>
          <w:sz w:val="23"/>
        </w:rPr>
        <w:t>CLÁUSULA 5ª — DO LOCAL DE TRABALHO</w:t>
      </w:r>
    </w:p>
    <w:p>
      <w:r>
        <w:rPr>
          <w:i w:val="0"/>
          <w:color w:val="3D3D3D"/>
          <w:sz w:val="22"/>
        </w:rPr>
        <w:t>O trabalho será prestado em: ____________________________, podendo ser alterado por necessidade do serviço, respeitados os limites legais (art. 469 da CLT).</w:t>
      </w:r>
    </w:p>
    <w:p>
      <w:pPr>
        <w:spacing w:before="280" w:after="80"/>
      </w:pPr>
      <w:r>
        <w:rPr>
          <w:b/>
          <w:color w:val="0D1B2A"/>
          <w:sz w:val="23"/>
        </w:rPr>
        <w:t>CLÁUSULA 6ª — DO PERÍODO DE EXPERIÊNCIA</w:t>
      </w:r>
    </w:p>
    <w:p>
      <w:r>
        <w:rPr>
          <w:i w:val="0"/>
          <w:color w:val="3D3D3D"/>
          <w:sz w:val="22"/>
        </w:rPr>
        <w:t>Fica estabelecido período de experiência de até 90 (noventa) dias, nos termos do art. 445, parágrafo único, da CLT, prorrogável uma única vez, respeitado o limite total de 90 dias. [Excluir esta cláusula caso não se aplique ao caso.]</w:t>
      </w:r>
    </w:p>
    <w:p>
      <w:pPr>
        <w:spacing w:before="280" w:after="80"/>
      </w:pPr>
      <w:r>
        <w:rPr>
          <w:b/>
          <w:color w:val="0D1B2A"/>
          <w:sz w:val="23"/>
        </w:rPr>
        <w:t>CLÁUSULA 7ª — DOS BENEFÍCIOS</w:t>
      </w:r>
    </w:p>
    <w:p>
      <w:r>
        <w:rPr>
          <w:i w:val="0"/>
          <w:color w:val="3D3D3D"/>
          <w:sz w:val="22"/>
        </w:rPr>
        <w:t>O(A) EMPREGADO(A) fará jus aos seguintes benefícios (assinalar os aplicáveis):</w:t>
      </w:r>
    </w:p>
    <w:p>
      <w:r>
        <w:rPr>
          <w:i w:val="0"/>
          <w:color w:val="3D3D3D"/>
          <w:sz w:val="22"/>
        </w:rPr>
        <w:t>(  ) Vale-transporte     (  ) Vale-alimentação/refeição</w:t>
      </w:r>
    </w:p>
    <w:p>
      <w:r>
        <w:rPr>
          <w:i w:val="0"/>
          <w:color w:val="3D3D3D"/>
          <w:sz w:val="22"/>
        </w:rPr>
        <w:t>(  ) Plano de saúde       (  ) Outros: ____________________________</w:t>
      </w:r>
    </w:p>
    <w:p>
      <w:pPr>
        <w:spacing w:before="280" w:after="80"/>
      </w:pPr>
      <w:r>
        <w:rPr>
          <w:b/>
          <w:color w:val="0D1B2A"/>
          <w:sz w:val="23"/>
        </w:rPr>
        <w:t>CLÁUSULA 8ª — DAS OBRIGAÇÕES DAS PARTES</w:t>
      </w:r>
    </w:p>
    <w:p>
      <w:r>
        <w:rPr>
          <w:i w:val="0"/>
          <w:color w:val="3D3D3D"/>
          <w:sz w:val="22"/>
        </w:rPr>
        <w:t>As partes comprometem-se a cumprir fielmente as obrigações legais e contratuais decorrentes da relação de emprego, observando os direitos e deveres previstos na CLT, no regulamento interno da empresa (quando houver) e nas normas coletivas aplicáveis.</w:t>
      </w:r>
    </w:p>
    <w:p>
      <w:pPr>
        <w:spacing w:before="280" w:after="80"/>
      </w:pPr>
      <w:r>
        <w:rPr>
          <w:b/>
          <w:color w:val="0D1B2A"/>
          <w:sz w:val="23"/>
        </w:rPr>
        <w:t>CLÁUSULA 9ª — DA RESCISÃO</w:t>
      </w:r>
    </w:p>
    <w:p>
      <w:r>
        <w:rPr>
          <w:i w:val="0"/>
          <w:color w:val="3D3D3D"/>
          <w:sz w:val="22"/>
        </w:rPr>
        <w:t>O presente contrato poderá ser rescindido por qualquer das partes, observado o aviso prévio previsto em lei (art. 487 da CLT) e o pagamento das verbas rescisórias devidas, conforme a modalidade de rescisão.</w:t>
      </w:r>
    </w:p>
    <w:p>
      <w:pPr>
        <w:spacing w:before="280" w:after="80"/>
      </w:pPr>
      <w:r>
        <w:rPr>
          <w:b/>
          <w:color w:val="0D1B2A"/>
          <w:sz w:val="23"/>
        </w:rPr>
        <w:t>CLÁUSULA 10ª — DO FORO</w:t>
      </w:r>
    </w:p>
    <w:p>
      <w:r>
        <w:rPr>
          <w:i w:val="0"/>
          <w:color w:val="3D3D3D"/>
          <w:sz w:val="22"/>
        </w:rPr>
        <w:t>Fica eleito o foro da Comarca de ____________________________ para dirimir quaisquer questões oriundas do presente contrato, com renúncia a qualquer outro, por mais privilegiado que seja.</w:t>
      </w:r>
    </w:p>
    <w:p>
      <w:r>
        <w:rPr>
          <w:i w:val="0"/>
          <w:color w:val="3D3D3D"/>
          <w:sz w:val="22"/>
        </w:rPr>
        <w:t>E, por estarem justos e contratados, as partes firmam o presente instrumento em 2 (duas) vias de igual teor e forma, na presença das testemunhas abaixo.</w:t>
      </w:r>
    </w:p>
    <w:p>
      <w:pPr>
        <w:spacing w:after="120"/>
      </w:pPr>
      <w:r>
        <w:rPr>
          <w:b/>
          <w:color w:val="0D1B2A"/>
          <w:sz w:val="22"/>
        </w:rPr>
        <w:t xml:space="preserve">Local e data: </w:t>
      </w:r>
      <w:r>
        <w:rPr>
          <w:color w:val="3D3D3D"/>
          <w:sz w:val="22"/>
        </w:rPr>
        <w:t>_____________________________________________</w:t>
      </w:r>
    </w:p>
    <w:p/>
    <w:p/>
    <w:p>
      <w:pPr>
        <w:jc w:val="center"/>
      </w:pPr>
      <w:r>
        <w:t>________________________________________                    ________________________________________</w:t>
      </w:r>
    </w:p>
    <w:p>
      <w:pPr>
        <w:jc w:val="center"/>
      </w:pPr>
      <w:r>
        <w:rPr>
          <w:b/>
        </w:rPr>
        <w:t>EMPREGADOR(A)</w:t>
      </w:r>
      <w:r>
        <w:t xml:space="preserve">                                                        </w:t>
      </w:r>
      <w:r>
        <w:rPr>
          <w:b/>
        </w:rPr>
        <w:t>EMPREGADO(A)</w:t>
      </w:r>
    </w:p>
    <w:p/>
    <w:p>
      <w:r>
        <w:rPr>
          <w:b/>
          <w:i w:val="0"/>
          <w:color w:val="3D3D3D"/>
          <w:sz w:val="22"/>
        </w:rPr>
        <w:t>Testemunhas:</w:t>
      </w:r>
    </w:p>
    <w:p>
      <w:pPr>
        <w:spacing w:after="120"/>
      </w:pPr>
      <w:r>
        <w:rPr>
          <w:b/>
          <w:color w:val="0D1B2A"/>
          <w:sz w:val="22"/>
        </w:rPr>
        <w:t xml:space="preserve">1. Nome: </w:t>
      </w:r>
      <w:r>
        <w:rPr>
          <w:color w:val="3D3D3D"/>
          <w:sz w:val="22"/>
        </w:rPr>
        <w:t>______________________________</w:t>
      </w:r>
    </w:p>
    <w:p>
      <w:pPr>
        <w:spacing w:after="120"/>
      </w:pPr>
      <w:r>
        <w:rPr>
          <w:b/>
          <w:color w:val="0D1B2A"/>
          <w:sz w:val="22"/>
        </w:rPr>
        <w:t xml:space="preserve">    CPF: </w:t>
      </w:r>
      <w:r>
        <w:rPr>
          <w:color w:val="3D3D3D"/>
          <w:sz w:val="22"/>
        </w:rPr>
        <w:t>_________________________</w:t>
      </w:r>
    </w:p>
    <w:p>
      <w:pPr>
        <w:spacing w:after="120"/>
      </w:pPr>
      <w:r>
        <w:rPr>
          <w:b/>
          <w:color w:val="0D1B2A"/>
          <w:sz w:val="22"/>
        </w:rPr>
        <w:t xml:space="preserve">2. Nome: </w:t>
      </w:r>
      <w:r>
        <w:rPr>
          <w:color w:val="3D3D3D"/>
          <w:sz w:val="22"/>
        </w:rPr>
        <w:t>______________________________</w:t>
      </w:r>
    </w:p>
    <w:p>
      <w:pPr>
        <w:spacing w:after="120"/>
      </w:pPr>
      <w:r>
        <w:rPr>
          <w:b/>
          <w:color w:val="0D1B2A"/>
          <w:sz w:val="22"/>
        </w:rPr>
        <w:t xml:space="preserve">    CPF: </w:t>
      </w:r>
      <w:r>
        <w:rPr>
          <w:color w:val="3D3D3D"/>
          <w:sz w:val="22"/>
        </w:rPr>
        <w:t>_________________________</w:t>
      </w:r>
    </w:p>
    <w:p>
      <w:pPr>
        <w:spacing w:before="120" w:after="120"/>
        <w:pBdr>
          <w:bottom w:val="single" w:sz="6" w:space="1" w:color="C9A96E"/>
        </w:pBdr>
      </w:pPr>
    </w:p>
    <w:p>
      <w:pPr>
        <w:spacing w:before="200"/>
      </w:pPr>
      <w:r>
        <w:rPr>
          <w:i/>
          <w:color w:val="3D3D3D"/>
          <w:sz w:val="18"/>
        </w:rPr>
        <w:t>Modelo fornecido por Martins &amp; Carvalho — Advocacia · OAB/RJ 144.492 · Este documento é um modelo genérico e não constitui aconselhamento jurídico para um caso específico.</w:t>
      </w:r>
    </w:p>
    <w:sectPr w:rsidR="00FC693F" w:rsidRPr="0006063C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Calibri" w:hAnsi="Calibri"/>
      <w:color w:val="3D3D3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